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059FD4" w14:textId="526F0B80" w:rsidR="00414CAA" w:rsidRPr="00B36C45" w:rsidRDefault="00E26516">
      <w:pPr>
        <w:shd w:val="clear" w:color="auto" w:fill="0755A5"/>
        <w:bidi/>
        <w:spacing w:before="160" w:after="40"/>
        <w:jc w:val="center"/>
        <w:rPr>
          <w:rFonts w:hint="cs"/>
          <w:color w:val="000000" w:themeColor="text1"/>
          <w:sz w:val="40"/>
          <w:szCs w:val="4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B36C45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فهرست</w:t>
      </w:r>
      <w:proofErr w:type="spellEnd"/>
      <w:r w:rsidRPr="00B36C45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B36C45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پزشکان</w:t>
      </w:r>
      <w:proofErr w:type="spellEnd"/>
      <w:r w:rsidR="00B36C45" w:rsidRPr="00B36C45">
        <w:rPr>
          <w:rFonts w:hint="cs"/>
          <w:color w:val="000000" w:themeColor="text1"/>
          <w:sz w:val="40"/>
          <w:szCs w:val="40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عمومی</w:t>
      </w:r>
    </w:p>
    <w:p w14:paraId="5AD135A5" w14:textId="409313F0" w:rsidR="00414CAA" w:rsidRPr="000B70A3" w:rsidRDefault="000B70A3">
      <w:pPr>
        <w:bidi/>
        <w:spacing w:after="160"/>
        <w:jc w:val="center"/>
        <w:rPr>
          <w:rFonts w:cs="B Nazanin"/>
          <w:sz w:val="40"/>
          <w:szCs w:val="40"/>
          <w:rtl/>
          <w:lang w:bidi="fa-IR"/>
        </w:rPr>
      </w:pPr>
      <w:r w:rsidRPr="000B70A3">
        <w:rPr>
          <w:rFonts w:cs="B Nazanin" w:hint="cs"/>
          <w:b/>
          <w:color w:val="E6A600"/>
          <w:sz w:val="40"/>
          <w:szCs w:val="40"/>
          <w:rtl/>
        </w:rPr>
        <w:t xml:space="preserve">بیمارستان </w:t>
      </w:r>
      <w:r w:rsidR="00D977AF" w:rsidRPr="000B70A3">
        <w:rPr>
          <w:rFonts w:cs="B Nazanin" w:hint="cs"/>
          <w:b/>
          <w:color w:val="E6A600"/>
          <w:sz w:val="40"/>
          <w:szCs w:val="40"/>
          <w:rtl/>
          <w:lang w:bidi="fa-IR"/>
        </w:rPr>
        <w:t xml:space="preserve"> </w:t>
      </w:r>
      <w:r w:rsidR="006B141B">
        <w:rPr>
          <w:rFonts w:cs="B Nazanin" w:hint="cs"/>
          <w:b/>
          <w:color w:val="E6A600"/>
          <w:sz w:val="40"/>
          <w:szCs w:val="40"/>
          <w:rtl/>
          <w:lang w:bidi="fa-IR"/>
        </w:rPr>
        <w:t xml:space="preserve">حضرت </w:t>
      </w:r>
      <w:r w:rsidR="00D977AF" w:rsidRPr="000B70A3">
        <w:rPr>
          <w:rFonts w:cs="B Nazanin" w:hint="cs"/>
          <w:b/>
          <w:color w:val="E6A600"/>
          <w:sz w:val="40"/>
          <w:szCs w:val="40"/>
          <w:rtl/>
          <w:lang w:bidi="fa-IR"/>
        </w:rPr>
        <w:t>رسول اکرم ص آبدانان</w:t>
      </w:r>
    </w:p>
    <w:tbl>
      <w:tblPr>
        <w:tblW w:w="12994" w:type="dxa"/>
        <w:tblInd w:w="2793" w:type="dxa"/>
        <w:tblLayout w:type="fixed"/>
        <w:tblLook w:val="04A0" w:firstRow="1" w:lastRow="0" w:firstColumn="1" w:lastColumn="0" w:noHBand="0" w:noVBand="1"/>
      </w:tblPr>
      <w:tblGrid>
        <w:gridCol w:w="5806"/>
        <w:gridCol w:w="4700"/>
        <w:gridCol w:w="2488"/>
      </w:tblGrid>
      <w:tr w:rsidR="00414CAA" w14:paraId="6DD3F3C8" w14:textId="77777777" w:rsidTr="00A84323">
        <w:trPr>
          <w:trHeight w:val="387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0755A5"/>
            <w:vAlign w:val="center"/>
          </w:tcPr>
          <w:p w14:paraId="2703EC89" w14:textId="77777777" w:rsidR="00414CAA" w:rsidRDefault="00E26516">
            <w:pPr>
              <w:bidi/>
              <w:spacing w:before="40" w:after="40"/>
              <w:jc w:val="center"/>
            </w:pPr>
            <w:proofErr w:type="spellStart"/>
            <w:r>
              <w:rPr>
                <w:b/>
                <w:color w:val="FFFFFF"/>
                <w:sz w:val="22"/>
              </w:rPr>
              <w:t>نام</w:t>
            </w:r>
            <w:proofErr w:type="spellEnd"/>
            <w:r>
              <w:rPr>
                <w:b/>
                <w:color w:val="FFFFFF"/>
                <w:sz w:val="22"/>
              </w:rPr>
              <w:t xml:space="preserve"> و </w:t>
            </w:r>
            <w:proofErr w:type="spellStart"/>
            <w:r>
              <w:rPr>
                <w:b/>
                <w:color w:val="FFFFFF"/>
                <w:sz w:val="22"/>
              </w:rPr>
              <w:t>نام</w:t>
            </w:r>
            <w:proofErr w:type="spellEnd"/>
            <w:r>
              <w:rPr>
                <w:b/>
                <w:color w:val="FFFFFF"/>
                <w:sz w:val="22"/>
              </w:rPr>
              <w:t xml:space="preserve"> </w:t>
            </w:r>
            <w:proofErr w:type="spellStart"/>
            <w:r>
              <w:rPr>
                <w:b/>
                <w:color w:val="FFFFFF"/>
                <w:sz w:val="22"/>
              </w:rPr>
              <w:t>خانوادگی</w:t>
            </w:r>
            <w:proofErr w:type="spellEnd"/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0755A5"/>
            <w:vAlign w:val="center"/>
          </w:tcPr>
          <w:p w14:paraId="5C960555" w14:textId="77777777" w:rsidR="00414CAA" w:rsidRDefault="00E26516">
            <w:pPr>
              <w:bidi/>
              <w:spacing w:before="40" w:after="40"/>
              <w:jc w:val="center"/>
            </w:pPr>
            <w:r>
              <w:rPr>
                <w:b/>
                <w:color w:val="FFFFFF"/>
                <w:sz w:val="22"/>
              </w:rPr>
              <w:t>نوع تخصص</w:t>
            </w: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0755A5"/>
            <w:vAlign w:val="center"/>
          </w:tcPr>
          <w:p w14:paraId="02576540" w14:textId="77777777" w:rsidR="00414CAA" w:rsidRDefault="00E26516">
            <w:pPr>
              <w:bidi/>
              <w:spacing w:before="40" w:after="40"/>
              <w:jc w:val="center"/>
            </w:pPr>
            <w:r>
              <w:rPr>
                <w:b/>
                <w:color w:val="FFFFFF"/>
                <w:sz w:val="22"/>
              </w:rPr>
              <w:t>شیفت فعالیت</w:t>
            </w:r>
          </w:p>
        </w:tc>
      </w:tr>
      <w:tr w:rsidR="00414CAA" w14:paraId="470DC0A1" w14:textId="77777777" w:rsidTr="00A84323">
        <w:trPr>
          <w:cantSplit/>
          <w:trHeight w:val="355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AF5FF"/>
            <w:vAlign w:val="center"/>
          </w:tcPr>
          <w:p w14:paraId="773C2DF3" w14:textId="3DD3B8CF" w:rsidR="00414CAA" w:rsidRPr="00A12CE4" w:rsidRDefault="00D26EDD" w:rsidP="006B141B">
            <w:pPr>
              <w:spacing w:before="40" w:after="40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</w:rPr>
              <w:t>خانم دکتر فائزه قاسمی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AF5FF"/>
            <w:vAlign w:val="center"/>
          </w:tcPr>
          <w:p w14:paraId="5ABBC294" w14:textId="3F03FBD8" w:rsidR="00414CAA" w:rsidRPr="00E37CAC" w:rsidRDefault="00650A3A" w:rsidP="00E37CAC">
            <w:pPr>
              <w:pStyle w:val="ListParagraph"/>
              <w:numPr>
                <w:ilvl w:val="0"/>
                <w:numId w:val="11"/>
              </w:numPr>
              <w:bidi/>
              <w:spacing w:before="40" w:after="40"/>
              <w:jc w:val="right"/>
              <w:rPr>
                <w:rFonts w:cs="B Nazanin"/>
              </w:rPr>
            </w:pPr>
            <w:r w:rsidRPr="00E37CAC">
              <w:rPr>
                <w:rFonts w:cs="B Nazanin" w:hint="cs"/>
                <w:rtl/>
              </w:rPr>
              <w:t>عمومی</w:t>
            </w: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9D8EA"/>
            <w:vAlign w:val="center"/>
          </w:tcPr>
          <w:p w14:paraId="702498FB" w14:textId="67CF5D3C" w:rsidR="00414CAA" w:rsidRPr="00E37CAC" w:rsidRDefault="00650A3A" w:rsidP="00E37CAC">
            <w:pPr>
              <w:pStyle w:val="ListParagraph"/>
              <w:numPr>
                <w:ilvl w:val="0"/>
                <w:numId w:val="10"/>
              </w:numPr>
              <w:bidi/>
              <w:spacing w:before="40" w:after="40"/>
              <w:jc w:val="center"/>
              <w:rPr>
                <w:rFonts w:cs="B Nazanin" w:hint="cs"/>
                <w:rtl/>
                <w:lang w:bidi="fa-IR"/>
              </w:rPr>
            </w:pPr>
            <w:r w:rsidRPr="00E37CAC">
              <w:rPr>
                <w:rFonts w:cs="B Nazanin" w:hint="cs"/>
                <w:rtl/>
                <w:lang w:bidi="fa-IR"/>
              </w:rPr>
              <w:t>به صورت شیفت در گردش فعالیت دارند</w:t>
            </w:r>
          </w:p>
        </w:tc>
      </w:tr>
      <w:tr w:rsidR="00414CAA" w14:paraId="33EFB075" w14:textId="77777777" w:rsidTr="00A84323">
        <w:trPr>
          <w:cantSplit/>
          <w:trHeight w:val="355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9FAF1"/>
            <w:vAlign w:val="center"/>
          </w:tcPr>
          <w:p w14:paraId="75A3CC9B" w14:textId="7070FA07" w:rsidR="00414CAA" w:rsidRPr="00A12CE4" w:rsidRDefault="00545B1C" w:rsidP="006B141B">
            <w:pPr>
              <w:spacing w:before="40" w:after="40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دکتر شایان حسنوند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9FAF1"/>
            <w:vAlign w:val="center"/>
          </w:tcPr>
          <w:p w14:paraId="27ED5AA2" w14:textId="1612BF7D" w:rsidR="00414CAA" w:rsidRPr="00E37CAC" w:rsidRDefault="00414CAA" w:rsidP="00E37CAC">
            <w:pPr>
              <w:pStyle w:val="ListParagraph"/>
              <w:numPr>
                <w:ilvl w:val="0"/>
                <w:numId w:val="11"/>
              </w:numPr>
              <w:bidi/>
              <w:spacing w:before="40" w:after="40"/>
              <w:jc w:val="right"/>
              <w:rPr>
                <w:rFonts w:cs="B Nazanin"/>
              </w:rPr>
            </w:pP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D9F4D2"/>
            <w:vAlign w:val="center"/>
          </w:tcPr>
          <w:p w14:paraId="57BACA4C" w14:textId="3AC155E3" w:rsidR="00414CAA" w:rsidRPr="00E37CAC" w:rsidRDefault="00414CAA" w:rsidP="00E37CAC">
            <w:pPr>
              <w:pStyle w:val="ListParagraph"/>
              <w:numPr>
                <w:ilvl w:val="0"/>
                <w:numId w:val="10"/>
              </w:numPr>
              <w:bidi/>
              <w:spacing w:before="40" w:after="40"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  <w:tr w:rsidR="00414CAA" w14:paraId="409BB959" w14:textId="77777777" w:rsidTr="00A84323">
        <w:trPr>
          <w:cantSplit/>
          <w:trHeight w:val="355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FF4D8"/>
            <w:vAlign w:val="center"/>
          </w:tcPr>
          <w:p w14:paraId="0D515318" w14:textId="3AC2E9EA" w:rsidR="00414CAA" w:rsidRPr="00A12CE4" w:rsidRDefault="00545B1C" w:rsidP="006B141B">
            <w:pPr>
              <w:spacing w:before="40" w:after="40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دکتر محمد امین دربندی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FF4D8"/>
            <w:vAlign w:val="center"/>
          </w:tcPr>
          <w:p w14:paraId="03ED8A5A" w14:textId="6848CC1D" w:rsidR="00414CAA" w:rsidRPr="00E37CAC" w:rsidRDefault="00414CAA" w:rsidP="00E37CAC">
            <w:pPr>
              <w:pStyle w:val="ListParagraph"/>
              <w:numPr>
                <w:ilvl w:val="0"/>
                <w:numId w:val="11"/>
              </w:numPr>
              <w:bidi/>
              <w:spacing w:before="40" w:after="40"/>
              <w:jc w:val="right"/>
              <w:rPr>
                <w:rFonts w:cs="B Nazanin"/>
              </w:rPr>
            </w:pP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0F1F4"/>
            <w:vAlign w:val="center"/>
          </w:tcPr>
          <w:p w14:paraId="4AE14EE0" w14:textId="6AE03DA1" w:rsidR="00414CAA" w:rsidRPr="00E37CAC" w:rsidRDefault="00414CAA" w:rsidP="00E37CAC">
            <w:pPr>
              <w:pStyle w:val="ListParagraph"/>
              <w:numPr>
                <w:ilvl w:val="0"/>
                <w:numId w:val="10"/>
              </w:numPr>
              <w:bidi/>
              <w:spacing w:before="40" w:after="40"/>
              <w:jc w:val="center"/>
              <w:rPr>
                <w:rFonts w:cs="B Nazanin"/>
              </w:rPr>
            </w:pPr>
          </w:p>
        </w:tc>
      </w:tr>
      <w:tr w:rsidR="00414CAA" w14:paraId="3CA1D7DB" w14:textId="77777777" w:rsidTr="00A84323">
        <w:trPr>
          <w:cantSplit/>
          <w:trHeight w:val="355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CE8F2"/>
            <w:vAlign w:val="center"/>
          </w:tcPr>
          <w:p w14:paraId="31225A3C" w14:textId="1A217B00" w:rsidR="00414CAA" w:rsidRPr="00A12CE4" w:rsidRDefault="00545B1C" w:rsidP="006B141B">
            <w:pPr>
              <w:spacing w:before="40" w:after="40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خانم دکتر </w:t>
            </w:r>
            <w:r w:rsidR="00274029">
              <w:rPr>
                <w:rFonts w:cs="B Nazanin" w:hint="cs"/>
                <w:rtl/>
              </w:rPr>
              <w:t>آتنا مهاجر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CE8F2"/>
            <w:vAlign w:val="center"/>
          </w:tcPr>
          <w:p w14:paraId="0DEC6D8B" w14:textId="4BCB6D18" w:rsidR="00414CAA" w:rsidRPr="00E37CAC" w:rsidRDefault="00414CAA" w:rsidP="00E37CAC">
            <w:pPr>
              <w:pStyle w:val="ListParagraph"/>
              <w:numPr>
                <w:ilvl w:val="0"/>
                <w:numId w:val="11"/>
              </w:numPr>
              <w:bidi/>
              <w:spacing w:before="40" w:after="40"/>
              <w:jc w:val="right"/>
              <w:rPr>
                <w:rFonts w:cs="B Nazanin"/>
              </w:rPr>
            </w:pP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0F1F4"/>
            <w:vAlign w:val="center"/>
          </w:tcPr>
          <w:p w14:paraId="42331462" w14:textId="37A926DA" w:rsidR="00414CAA" w:rsidRPr="00E37CAC" w:rsidRDefault="00414CAA" w:rsidP="00E37CAC">
            <w:pPr>
              <w:pStyle w:val="ListParagraph"/>
              <w:numPr>
                <w:ilvl w:val="0"/>
                <w:numId w:val="10"/>
              </w:numPr>
              <w:bidi/>
              <w:spacing w:before="40" w:after="40"/>
              <w:jc w:val="center"/>
              <w:rPr>
                <w:rFonts w:cs="B Nazanin"/>
              </w:rPr>
            </w:pPr>
          </w:p>
        </w:tc>
      </w:tr>
      <w:tr w:rsidR="00414CAA" w14:paraId="520A6F3E" w14:textId="77777777" w:rsidTr="00A84323">
        <w:trPr>
          <w:cantSplit/>
          <w:trHeight w:val="355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8F6F7"/>
            <w:vAlign w:val="center"/>
          </w:tcPr>
          <w:p w14:paraId="27E2C7C0" w14:textId="751B7E06" w:rsidR="00414CAA" w:rsidRPr="00A12CE4" w:rsidRDefault="00274029" w:rsidP="006B141B">
            <w:pPr>
              <w:spacing w:before="40" w:after="40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دکتر مهدی غلامی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8F6F7"/>
            <w:vAlign w:val="center"/>
          </w:tcPr>
          <w:p w14:paraId="4215C666" w14:textId="56251586" w:rsidR="00414CAA" w:rsidRPr="00E37CAC" w:rsidRDefault="00414CAA" w:rsidP="00E37CAC">
            <w:pPr>
              <w:pStyle w:val="ListParagraph"/>
              <w:numPr>
                <w:ilvl w:val="0"/>
                <w:numId w:val="11"/>
              </w:numPr>
              <w:bidi/>
              <w:spacing w:before="40" w:after="40"/>
              <w:jc w:val="right"/>
              <w:rPr>
                <w:rFonts w:cs="B Nazanin"/>
              </w:rPr>
            </w:pP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0F1F4"/>
            <w:vAlign w:val="center"/>
          </w:tcPr>
          <w:p w14:paraId="586912FE" w14:textId="6F44502F" w:rsidR="00414CAA" w:rsidRPr="00E37CAC" w:rsidRDefault="00414CAA" w:rsidP="00E37CAC">
            <w:pPr>
              <w:pStyle w:val="ListParagraph"/>
              <w:numPr>
                <w:ilvl w:val="0"/>
                <w:numId w:val="10"/>
              </w:numPr>
              <w:bidi/>
              <w:spacing w:before="40" w:after="40"/>
              <w:jc w:val="center"/>
              <w:rPr>
                <w:rFonts w:cs="B Nazanin"/>
              </w:rPr>
            </w:pPr>
          </w:p>
        </w:tc>
      </w:tr>
      <w:tr w:rsidR="003E1527" w14:paraId="4CCC9859" w14:textId="77777777" w:rsidTr="00A84323">
        <w:trPr>
          <w:cantSplit/>
          <w:trHeight w:val="355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8F6F7"/>
            <w:vAlign w:val="center"/>
          </w:tcPr>
          <w:p w14:paraId="55100C5B" w14:textId="53B2F633" w:rsidR="003E1527" w:rsidRPr="00A12CE4" w:rsidRDefault="00274029" w:rsidP="006B141B">
            <w:pPr>
              <w:spacing w:before="40" w:after="40"/>
              <w:jc w:val="center"/>
              <w:rPr>
                <w:rFonts w:cs="B Nazanin"/>
                <w:b/>
                <w:color w:val="14345E"/>
              </w:rPr>
            </w:pPr>
            <w:r>
              <w:rPr>
                <w:rFonts w:cs="B Nazanin" w:hint="cs"/>
                <w:b/>
                <w:color w:val="14345E"/>
                <w:rtl/>
              </w:rPr>
              <w:t>دکتر ادیب میرزایی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8F6F7"/>
            <w:vAlign w:val="center"/>
          </w:tcPr>
          <w:p w14:paraId="63B6D42D" w14:textId="67B78D6B" w:rsidR="003E1527" w:rsidRPr="00E37CAC" w:rsidRDefault="003E1527" w:rsidP="00E37CAC">
            <w:pPr>
              <w:pStyle w:val="ListParagraph"/>
              <w:numPr>
                <w:ilvl w:val="0"/>
                <w:numId w:val="11"/>
              </w:numPr>
              <w:bidi/>
              <w:spacing w:before="40" w:after="40"/>
              <w:jc w:val="right"/>
              <w:rPr>
                <w:rFonts w:cs="B Nazanin"/>
                <w:color w:val="14345E"/>
              </w:rPr>
            </w:pP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0F1F4"/>
            <w:vAlign w:val="center"/>
          </w:tcPr>
          <w:p w14:paraId="77F6A95F" w14:textId="77777777" w:rsidR="003E1527" w:rsidRPr="00E37CAC" w:rsidRDefault="003E1527" w:rsidP="00E37CAC">
            <w:pPr>
              <w:pStyle w:val="ListParagraph"/>
              <w:numPr>
                <w:ilvl w:val="0"/>
                <w:numId w:val="10"/>
              </w:numPr>
              <w:bidi/>
              <w:spacing w:before="40" w:after="40"/>
              <w:jc w:val="center"/>
              <w:rPr>
                <w:rFonts w:cs="B Nazanin"/>
                <w:lang w:bidi="fa-IR"/>
              </w:rPr>
            </w:pPr>
          </w:p>
        </w:tc>
      </w:tr>
      <w:tr w:rsidR="00414CAA" w14:paraId="6ADE1663" w14:textId="77777777" w:rsidTr="00A84323">
        <w:trPr>
          <w:cantSplit/>
          <w:trHeight w:val="645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1ECFF"/>
            <w:vAlign w:val="center"/>
          </w:tcPr>
          <w:p w14:paraId="755A769C" w14:textId="4681B0A2" w:rsidR="00414CAA" w:rsidRPr="00A12CE4" w:rsidRDefault="00274029" w:rsidP="006B141B">
            <w:pPr>
              <w:spacing w:before="40" w:after="40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دکتر محمد عسکری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1ECFF"/>
            <w:vAlign w:val="center"/>
          </w:tcPr>
          <w:p w14:paraId="2A853DC0" w14:textId="07B9369D" w:rsidR="00414CAA" w:rsidRPr="00E37CAC" w:rsidRDefault="00414CAA" w:rsidP="00E37CAC">
            <w:pPr>
              <w:pStyle w:val="ListParagraph"/>
              <w:numPr>
                <w:ilvl w:val="0"/>
                <w:numId w:val="11"/>
              </w:numPr>
              <w:bidi/>
              <w:spacing w:before="40" w:after="40"/>
              <w:jc w:val="right"/>
              <w:rPr>
                <w:rFonts w:cs="B Nazanin"/>
              </w:rPr>
            </w:pP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9D8EA"/>
            <w:vAlign w:val="center"/>
          </w:tcPr>
          <w:p w14:paraId="549ECAFC" w14:textId="739CB44A" w:rsidR="00414CAA" w:rsidRPr="00E37CAC" w:rsidRDefault="00414CAA" w:rsidP="00E37CAC">
            <w:pPr>
              <w:pStyle w:val="ListParagraph"/>
              <w:numPr>
                <w:ilvl w:val="0"/>
                <w:numId w:val="10"/>
              </w:numPr>
              <w:bidi/>
              <w:spacing w:before="40" w:after="40"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  <w:tr w:rsidR="00414CAA" w14:paraId="785B53B1" w14:textId="77777777" w:rsidTr="00A84323">
        <w:trPr>
          <w:cantSplit/>
          <w:trHeight w:val="1258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AF5FF"/>
            <w:vAlign w:val="center"/>
          </w:tcPr>
          <w:p w14:paraId="650DC2EF" w14:textId="65CFD0E3" w:rsidR="00490590" w:rsidRPr="00A12CE4" w:rsidRDefault="00223AFE" w:rsidP="006B141B">
            <w:pPr>
              <w:spacing w:before="40" w:after="40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خانم دکتر عفت نقی زاده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AF5FF"/>
            <w:vAlign w:val="center"/>
          </w:tcPr>
          <w:p w14:paraId="5BFC251D" w14:textId="6770D85C" w:rsidR="00414CAA" w:rsidRPr="00E37CAC" w:rsidRDefault="00414CAA" w:rsidP="00E37CAC">
            <w:pPr>
              <w:pStyle w:val="ListParagraph"/>
              <w:numPr>
                <w:ilvl w:val="0"/>
                <w:numId w:val="11"/>
              </w:numPr>
              <w:bidi/>
              <w:spacing w:before="40" w:after="40"/>
              <w:jc w:val="right"/>
              <w:rPr>
                <w:rFonts w:cs="B Nazanin"/>
              </w:rPr>
            </w:pP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D9F4D2"/>
            <w:vAlign w:val="center"/>
          </w:tcPr>
          <w:p w14:paraId="4533AE4B" w14:textId="2D257C07" w:rsidR="00414CAA" w:rsidRPr="00E37CAC" w:rsidRDefault="00414CAA" w:rsidP="00E37CAC">
            <w:pPr>
              <w:pStyle w:val="ListParagraph"/>
              <w:numPr>
                <w:ilvl w:val="0"/>
                <w:numId w:val="10"/>
              </w:numPr>
              <w:bidi/>
              <w:spacing w:before="40" w:after="40"/>
              <w:jc w:val="center"/>
              <w:rPr>
                <w:rFonts w:cs="B Nazanin" w:hint="cs"/>
                <w:rtl/>
                <w:lang w:bidi="fa-IR"/>
              </w:rPr>
            </w:pPr>
          </w:p>
          <w:p w14:paraId="73289EA7" w14:textId="2F63EA4A" w:rsidR="00566568" w:rsidRPr="00A12CE4" w:rsidRDefault="00566568" w:rsidP="00E37CAC">
            <w:pPr>
              <w:bidi/>
              <w:spacing w:before="40" w:after="40"/>
              <w:jc w:val="center"/>
              <w:rPr>
                <w:rFonts w:cs="B Nazanin"/>
              </w:rPr>
            </w:pPr>
          </w:p>
        </w:tc>
      </w:tr>
      <w:tr w:rsidR="00414CAA" w14:paraId="5D9DF7DE" w14:textId="77777777" w:rsidTr="00A84323">
        <w:trPr>
          <w:cantSplit/>
          <w:trHeight w:val="629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9FAF1"/>
            <w:vAlign w:val="center"/>
          </w:tcPr>
          <w:p w14:paraId="62A6A436" w14:textId="2D065F41" w:rsidR="00414CAA" w:rsidRPr="00A12CE4" w:rsidRDefault="007A7FED" w:rsidP="006B141B">
            <w:pPr>
              <w:bidi/>
              <w:spacing w:before="40" w:after="40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 هانیه دارابی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9FAF1"/>
            <w:vAlign w:val="center"/>
          </w:tcPr>
          <w:p w14:paraId="2DF68FA6" w14:textId="6F292B85" w:rsidR="00414CAA" w:rsidRPr="00E37CAC" w:rsidRDefault="00414CAA" w:rsidP="00E37CAC">
            <w:pPr>
              <w:pStyle w:val="ListParagraph"/>
              <w:numPr>
                <w:ilvl w:val="0"/>
                <w:numId w:val="11"/>
              </w:numPr>
              <w:bidi/>
              <w:spacing w:before="40" w:after="40"/>
              <w:jc w:val="right"/>
              <w:rPr>
                <w:rFonts w:cs="B Nazanin"/>
              </w:rPr>
            </w:pP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D9F4D2"/>
            <w:vAlign w:val="center"/>
          </w:tcPr>
          <w:p w14:paraId="66F19996" w14:textId="5A66123A" w:rsidR="00414CAA" w:rsidRPr="00E37CAC" w:rsidRDefault="00414CAA" w:rsidP="00E37CAC">
            <w:pPr>
              <w:pStyle w:val="ListParagraph"/>
              <w:numPr>
                <w:ilvl w:val="0"/>
                <w:numId w:val="10"/>
              </w:numPr>
              <w:bidi/>
              <w:spacing w:before="40" w:after="40"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  <w:tr w:rsidR="00414CAA" w14:paraId="6A2435AD" w14:textId="77777777" w:rsidTr="00A84323">
        <w:trPr>
          <w:cantSplit/>
          <w:trHeight w:val="355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FF4D8"/>
            <w:vAlign w:val="center"/>
          </w:tcPr>
          <w:p w14:paraId="103ADA77" w14:textId="54ACED54" w:rsidR="00414CAA" w:rsidRPr="00A12CE4" w:rsidRDefault="007A7FED" w:rsidP="006B141B">
            <w:pPr>
              <w:bidi/>
              <w:spacing w:before="40" w:after="40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دکتر ماهان غلامی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FF4D8"/>
            <w:vAlign w:val="center"/>
          </w:tcPr>
          <w:p w14:paraId="3CDBC067" w14:textId="19776EF3" w:rsidR="00414CAA" w:rsidRPr="00E37CAC" w:rsidRDefault="00414CAA" w:rsidP="00E37CAC">
            <w:pPr>
              <w:pStyle w:val="ListParagraph"/>
              <w:numPr>
                <w:ilvl w:val="0"/>
                <w:numId w:val="11"/>
              </w:numPr>
              <w:bidi/>
              <w:spacing w:before="40" w:after="40"/>
              <w:jc w:val="right"/>
              <w:rPr>
                <w:rFonts w:cs="B Nazanin"/>
              </w:rPr>
            </w:pPr>
            <w:bookmarkStart w:id="0" w:name="_GoBack"/>
            <w:bookmarkEnd w:id="0"/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D9EDFF"/>
            <w:vAlign w:val="center"/>
          </w:tcPr>
          <w:p w14:paraId="5570F999" w14:textId="35A5E2AE" w:rsidR="00414CAA" w:rsidRPr="00E37CAC" w:rsidRDefault="00414CAA" w:rsidP="00E37CAC">
            <w:pPr>
              <w:pStyle w:val="ListParagraph"/>
              <w:numPr>
                <w:ilvl w:val="0"/>
                <w:numId w:val="10"/>
              </w:numPr>
              <w:bidi/>
              <w:spacing w:before="40" w:after="40"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  <w:tr w:rsidR="00414CAA" w14:paraId="6B2D5FA8" w14:textId="77777777" w:rsidTr="00A84323">
        <w:trPr>
          <w:cantSplit/>
          <w:trHeight w:val="661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CE8F2"/>
            <w:vAlign w:val="center"/>
          </w:tcPr>
          <w:p w14:paraId="0A2C188D" w14:textId="57505703" w:rsidR="00414CAA" w:rsidRPr="00A12CE4" w:rsidRDefault="007A7FED" w:rsidP="006B141B">
            <w:pPr>
              <w:bidi/>
              <w:spacing w:before="40" w:after="40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دکتر احسان قدم خوانی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FCE8F2"/>
            <w:vAlign w:val="center"/>
          </w:tcPr>
          <w:p w14:paraId="58B67F83" w14:textId="15E82DD5" w:rsidR="00414CAA" w:rsidRPr="00E37CAC" w:rsidRDefault="00414CAA" w:rsidP="00E37CAC">
            <w:pPr>
              <w:pStyle w:val="ListParagraph"/>
              <w:numPr>
                <w:ilvl w:val="0"/>
                <w:numId w:val="11"/>
              </w:numPr>
              <w:bidi/>
              <w:spacing w:before="40" w:after="40"/>
              <w:jc w:val="right"/>
              <w:rPr>
                <w:rFonts w:cs="B Nazanin"/>
              </w:rPr>
            </w:pP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D9F4D2"/>
            <w:vAlign w:val="center"/>
          </w:tcPr>
          <w:p w14:paraId="6C469775" w14:textId="4549636A" w:rsidR="00414CAA" w:rsidRPr="00E37CAC" w:rsidRDefault="00414CAA" w:rsidP="00E37CAC">
            <w:pPr>
              <w:pStyle w:val="ListParagraph"/>
              <w:numPr>
                <w:ilvl w:val="0"/>
                <w:numId w:val="10"/>
              </w:numPr>
              <w:bidi/>
              <w:spacing w:before="40" w:after="40"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  <w:tr w:rsidR="00414CAA" w14:paraId="3845D4A3" w14:textId="77777777" w:rsidTr="00A84323">
        <w:trPr>
          <w:cantSplit/>
          <w:trHeight w:val="355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8F6F7"/>
            <w:vAlign w:val="center"/>
          </w:tcPr>
          <w:p w14:paraId="46BBAF7C" w14:textId="0F0D71C2" w:rsidR="00414CAA" w:rsidRPr="00A12CE4" w:rsidRDefault="007A7FED" w:rsidP="006B141B">
            <w:pPr>
              <w:bidi/>
              <w:spacing w:before="40" w:after="40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 طیبه جایروندی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8F6F7"/>
            <w:vAlign w:val="center"/>
          </w:tcPr>
          <w:p w14:paraId="294800D7" w14:textId="0732F7C9" w:rsidR="00414CAA" w:rsidRPr="00E37CAC" w:rsidRDefault="00414CAA" w:rsidP="00E37CAC">
            <w:pPr>
              <w:pStyle w:val="ListParagraph"/>
              <w:numPr>
                <w:ilvl w:val="0"/>
                <w:numId w:val="11"/>
              </w:numPr>
              <w:bidi/>
              <w:spacing w:before="40" w:after="40"/>
              <w:jc w:val="right"/>
              <w:rPr>
                <w:rFonts w:cs="B Nazanin"/>
              </w:rPr>
            </w:pP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D9F4D2"/>
            <w:vAlign w:val="center"/>
          </w:tcPr>
          <w:p w14:paraId="4A54F4F2" w14:textId="279F8721" w:rsidR="00414CAA" w:rsidRPr="00E37CAC" w:rsidRDefault="00414CAA" w:rsidP="00E37CAC">
            <w:pPr>
              <w:pStyle w:val="ListParagraph"/>
              <w:numPr>
                <w:ilvl w:val="0"/>
                <w:numId w:val="10"/>
              </w:numPr>
              <w:bidi/>
              <w:spacing w:before="40" w:after="40"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  <w:tr w:rsidR="007A7FED" w14:paraId="1957D05D" w14:textId="77777777" w:rsidTr="00A84323">
        <w:trPr>
          <w:cantSplit/>
          <w:trHeight w:val="355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8F6F7"/>
            <w:vAlign w:val="center"/>
          </w:tcPr>
          <w:p w14:paraId="76819373" w14:textId="1999E87E" w:rsidR="007A7FED" w:rsidRDefault="00DD0B4B" w:rsidP="006B141B">
            <w:pPr>
              <w:bidi/>
              <w:spacing w:before="40" w:after="40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خانم دکتر گلاره رفیعی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8F6F7"/>
            <w:vAlign w:val="center"/>
          </w:tcPr>
          <w:p w14:paraId="6402A334" w14:textId="77777777" w:rsidR="007A7FED" w:rsidRPr="00E37CAC" w:rsidRDefault="007A7FED" w:rsidP="00E37CAC">
            <w:pPr>
              <w:pStyle w:val="ListParagraph"/>
              <w:numPr>
                <w:ilvl w:val="0"/>
                <w:numId w:val="11"/>
              </w:numPr>
              <w:bidi/>
              <w:spacing w:before="40" w:after="40"/>
              <w:jc w:val="right"/>
              <w:rPr>
                <w:rFonts w:cs="B Nazanin"/>
              </w:rPr>
            </w:pP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D9F4D2"/>
            <w:vAlign w:val="center"/>
          </w:tcPr>
          <w:p w14:paraId="543BE89E" w14:textId="77777777" w:rsidR="007A7FED" w:rsidRPr="00E37CAC" w:rsidRDefault="007A7FED" w:rsidP="00E37CAC">
            <w:pPr>
              <w:pStyle w:val="ListParagraph"/>
              <w:numPr>
                <w:ilvl w:val="0"/>
                <w:numId w:val="10"/>
              </w:numPr>
              <w:bidi/>
              <w:spacing w:before="40" w:after="40"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  <w:tr w:rsidR="007A7FED" w14:paraId="50832241" w14:textId="77777777" w:rsidTr="00A84323">
        <w:trPr>
          <w:cantSplit/>
          <w:trHeight w:val="355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8F6F7"/>
            <w:vAlign w:val="center"/>
          </w:tcPr>
          <w:p w14:paraId="46F2A909" w14:textId="1A017191" w:rsidR="007A7FED" w:rsidRDefault="00DD0B4B" w:rsidP="006B141B">
            <w:pPr>
              <w:bidi/>
              <w:spacing w:before="40" w:after="40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دکتر احمدرضا صیدی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8F6F7"/>
            <w:vAlign w:val="center"/>
          </w:tcPr>
          <w:p w14:paraId="664B8812" w14:textId="77777777" w:rsidR="007A7FED" w:rsidRPr="00E37CAC" w:rsidRDefault="007A7FED" w:rsidP="00E37CAC">
            <w:pPr>
              <w:pStyle w:val="ListParagraph"/>
              <w:numPr>
                <w:ilvl w:val="0"/>
                <w:numId w:val="11"/>
              </w:numPr>
              <w:bidi/>
              <w:spacing w:before="40" w:after="40"/>
              <w:jc w:val="right"/>
              <w:rPr>
                <w:rFonts w:cs="B Nazanin"/>
              </w:rPr>
            </w:pP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D9F4D2"/>
            <w:vAlign w:val="center"/>
          </w:tcPr>
          <w:p w14:paraId="7AB01784" w14:textId="77777777" w:rsidR="007A7FED" w:rsidRPr="00E37CAC" w:rsidRDefault="007A7FED" w:rsidP="00E37CAC">
            <w:pPr>
              <w:pStyle w:val="ListParagraph"/>
              <w:numPr>
                <w:ilvl w:val="0"/>
                <w:numId w:val="10"/>
              </w:numPr>
              <w:bidi/>
              <w:spacing w:before="40" w:after="40"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  <w:tr w:rsidR="00343863" w14:paraId="39F59C74" w14:textId="77777777" w:rsidTr="00A84323">
        <w:trPr>
          <w:cantSplit/>
          <w:trHeight w:val="355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8F6F7"/>
            <w:vAlign w:val="center"/>
          </w:tcPr>
          <w:p w14:paraId="49ABA44E" w14:textId="773A7380" w:rsidR="00343863" w:rsidRDefault="006B141B" w:rsidP="006B141B">
            <w:pPr>
              <w:bidi/>
              <w:spacing w:before="40" w:after="40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دکتر کیوان جابری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8F6F7"/>
            <w:vAlign w:val="center"/>
          </w:tcPr>
          <w:p w14:paraId="58CB1A94" w14:textId="77777777" w:rsidR="00343863" w:rsidRPr="00E37CAC" w:rsidRDefault="00343863" w:rsidP="00E37CAC">
            <w:pPr>
              <w:pStyle w:val="ListParagraph"/>
              <w:numPr>
                <w:ilvl w:val="0"/>
                <w:numId w:val="11"/>
              </w:numPr>
              <w:bidi/>
              <w:spacing w:before="40" w:after="40"/>
              <w:jc w:val="right"/>
              <w:rPr>
                <w:rFonts w:cs="B Nazanin"/>
              </w:rPr>
            </w:pP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D9F4D2"/>
            <w:vAlign w:val="center"/>
          </w:tcPr>
          <w:p w14:paraId="02C77C3B" w14:textId="77777777" w:rsidR="00343863" w:rsidRPr="00E37CAC" w:rsidRDefault="00343863" w:rsidP="00E37CAC">
            <w:pPr>
              <w:pStyle w:val="ListParagraph"/>
              <w:numPr>
                <w:ilvl w:val="0"/>
                <w:numId w:val="10"/>
              </w:numPr>
              <w:bidi/>
              <w:spacing w:before="40" w:after="40"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  <w:tr w:rsidR="006B141B" w14:paraId="7429F14B" w14:textId="77777777" w:rsidTr="00A84323">
        <w:trPr>
          <w:cantSplit/>
          <w:trHeight w:val="355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8F6F7"/>
            <w:vAlign w:val="center"/>
          </w:tcPr>
          <w:p w14:paraId="406D0802" w14:textId="316B46CB" w:rsidR="006B141B" w:rsidRDefault="006B141B" w:rsidP="006B141B">
            <w:pPr>
              <w:bidi/>
              <w:spacing w:before="40" w:after="40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دکتر محمد منصور سرمدی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8F6F7"/>
            <w:vAlign w:val="center"/>
          </w:tcPr>
          <w:p w14:paraId="31D90ABF" w14:textId="77777777" w:rsidR="006B141B" w:rsidRPr="00E37CAC" w:rsidRDefault="006B141B" w:rsidP="00E37CAC">
            <w:pPr>
              <w:pStyle w:val="ListParagraph"/>
              <w:numPr>
                <w:ilvl w:val="0"/>
                <w:numId w:val="11"/>
              </w:numPr>
              <w:bidi/>
              <w:spacing w:before="40" w:after="40"/>
              <w:jc w:val="right"/>
              <w:rPr>
                <w:rFonts w:cs="B Nazanin"/>
              </w:rPr>
            </w:pP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D9F4D2"/>
            <w:vAlign w:val="center"/>
          </w:tcPr>
          <w:p w14:paraId="6E7E08F1" w14:textId="77777777" w:rsidR="006B141B" w:rsidRPr="00E37CAC" w:rsidRDefault="006B141B" w:rsidP="00E37CAC">
            <w:pPr>
              <w:pStyle w:val="ListParagraph"/>
              <w:numPr>
                <w:ilvl w:val="0"/>
                <w:numId w:val="10"/>
              </w:numPr>
              <w:bidi/>
              <w:spacing w:before="40" w:after="40"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  <w:tr w:rsidR="006B141B" w14:paraId="54F3CC9B" w14:textId="77777777" w:rsidTr="00A84323">
        <w:trPr>
          <w:cantSplit/>
          <w:trHeight w:val="355"/>
        </w:trPr>
        <w:tc>
          <w:tcPr>
            <w:tcW w:w="5806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8F6F7"/>
            <w:vAlign w:val="center"/>
          </w:tcPr>
          <w:p w14:paraId="7C9F6923" w14:textId="49B2696A" w:rsidR="006B141B" w:rsidRDefault="006B141B" w:rsidP="006B141B">
            <w:pPr>
              <w:bidi/>
              <w:spacing w:before="40" w:after="40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خانم دکتر زینب قدمی</w:t>
            </w:r>
          </w:p>
        </w:tc>
        <w:tc>
          <w:tcPr>
            <w:tcW w:w="4700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E8F6F7"/>
            <w:vAlign w:val="center"/>
          </w:tcPr>
          <w:p w14:paraId="0A916DF6" w14:textId="77777777" w:rsidR="006B141B" w:rsidRPr="00E37CAC" w:rsidRDefault="006B141B" w:rsidP="00E37CAC">
            <w:pPr>
              <w:pStyle w:val="ListParagraph"/>
              <w:numPr>
                <w:ilvl w:val="0"/>
                <w:numId w:val="11"/>
              </w:numPr>
              <w:bidi/>
              <w:spacing w:before="40" w:after="40"/>
              <w:jc w:val="right"/>
              <w:rPr>
                <w:rFonts w:cs="B Nazanin"/>
              </w:rPr>
            </w:pPr>
          </w:p>
        </w:tc>
        <w:tc>
          <w:tcPr>
            <w:tcW w:w="2488" w:type="dxa"/>
            <w:tcBorders>
              <w:top w:val="single" w:sz="5" w:space="0" w:color="D7E5F5"/>
              <w:left w:val="single" w:sz="5" w:space="0" w:color="D7E5F5"/>
              <w:bottom w:val="single" w:sz="5" w:space="0" w:color="D7E5F5"/>
              <w:right w:val="single" w:sz="5" w:space="0" w:color="D7E5F5"/>
            </w:tcBorders>
            <w:shd w:val="clear" w:color="auto" w:fill="D9F4D2"/>
            <w:vAlign w:val="center"/>
          </w:tcPr>
          <w:p w14:paraId="08342ECB" w14:textId="77777777" w:rsidR="006B141B" w:rsidRPr="00E37CAC" w:rsidRDefault="006B141B" w:rsidP="00E37CAC">
            <w:pPr>
              <w:pStyle w:val="ListParagraph"/>
              <w:numPr>
                <w:ilvl w:val="0"/>
                <w:numId w:val="10"/>
              </w:numPr>
              <w:bidi/>
              <w:spacing w:before="40" w:after="40"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</w:tbl>
    <w:p w14:paraId="034486F6" w14:textId="4576A6CC" w:rsidR="00414CAA" w:rsidRPr="00982AD2" w:rsidRDefault="00E26516" w:rsidP="00650A3A">
      <w:pPr>
        <w:bidi/>
        <w:spacing w:before="80" w:after="100"/>
        <w:jc w:val="right"/>
        <w:rPr>
          <w:rFonts w:cs="B Nazanin" w:hint="cs"/>
          <w:rtl/>
          <w:lang w:bidi="fa-IR"/>
        </w:rPr>
      </w:pPr>
      <w:r>
        <w:rPr>
          <w:color w:val="5F5F5F"/>
          <w:sz w:val="18"/>
        </w:rPr>
        <w:t xml:space="preserve">* </w:t>
      </w:r>
    </w:p>
    <w:p w14:paraId="76FA4057" w14:textId="77777777" w:rsidR="00414CAA" w:rsidRPr="00982AD2" w:rsidRDefault="00E26516" w:rsidP="00AD7B21">
      <w:pPr>
        <w:bidi/>
        <w:spacing w:before="120"/>
        <w:rPr>
          <w:rFonts w:cs="B Nazanin"/>
        </w:rPr>
      </w:pPr>
      <w:proofErr w:type="spellStart"/>
      <w:r w:rsidRPr="00982AD2">
        <w:rPr>
          <w:rFonts w:cs="B Nazanin"/>
          <w:b/>
          <w:color w:val="0755A5"/>
          <w:sz w:val="24"/>
        </w:rPr>
        <w:t>سلامتی</w:t>
      </w:r>
      <w:proofErr w:type="spellEnd"/>
      <w:r w:rsidRPr="00982AD2">
        <w:rPr>
          <w:rFonts w:cs="B Nazanin"/>
          <w:b/>
          <w:color w:val="0755A5"/>
          <w:sz w:val="24"/>
        </w:rPr>
        <w:t xml:space="preserve"> </w:t>
      </w:r>
      <w:proofErr w:type="spellStart"/>
      <w:r w:rsidRPr="00982AD2">
        <w:rPr>
          <w:rFonts w:cs="B Nazanin"/>
          <w:b/>
          <w:color w:val="0755A5"/>
          <w:sz w:val="24"/>
        </w:rPr>
        <w:t>شما</w:t>
      </w:r>
      <w:proofErr w:type="spellEnd"/>
      <w:r w:rsidRPr="00982AD2">
        <w:rPr>
          <w:rFonts w:cs="B Nazanin"/>
          <w:b/>
          <w:color w:val="0755A5"/>
          <w:sz w:val="24"/>
        </w:rPr>
        <w:t xml:space="preserve">، </w:t>
      </w:r>
      <w:proofErr w:type="spellStart"/>
      <w:r w:rsidRPr="00982AD2">
        <w:rPr>
          <w:rFonts w:cs="B Nazanin"/>
          <w:b/>
          <w:color w:val="0755A5"/>
          <w:sz w:val="24"/>
        </w:rPr>
        <w:t>اولویت</w:t>
      </w:r>
      <w:proofErr w:type="spellEnd"/>
      <w:r w:rsidRPr="00982AD2">
        <w:rPr>
          <w:rFonts w:cs="B Nazanin"/>
          <w:b/>
          <w:color w:val="0755A5"/>
          <w:sz w:val="24"/>
        </w:rPr>
        <w:t xml:space="preserve"> </w:t>
      </w:r>
      <w:proofErr w:type="spellStart"/>
      <w:r w:rsidRPr="00982AD2">
        <w:rPr>
          <w:rFonts w:cs="B Nazanin"/>
          <w:b/>
          <w:color w:val="0755A5"/>
          <w:sz w:val="24"/>
        </w:rPr>
        <w:t>ماست</w:t>
      </w:r>
      <w:proofErr w:type="spellEnd"/>
    </w:p>
    <w:sectPr w:rsidR="00414CAA" w:rsidRPr="00982AD2" w:rsidSect="00034616"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6A3AF0"/>
    <w:multiLevelType w:val="hybridMultilevel"/>
    <w:tmpl w:val="93361A0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EF5298"/>
    <w:multiLevelType w:val="hybridMultilevel"/>
    <w:tmpl w:val="8B5EFF8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9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70A3"/>
    <w:rsid w:val="0015074B"/>
    <w:rsid w:val="00223AFE"/>
    <w:rsid w:val="00274029"/>
    <w:rsid w:val="0029639D"/>
    <w:rsid w:val="00325AFD"/>
    <w:rsid w:val="00326F90"/>
    <w:rsid w:val="00343863"/>
    <w:rsid w:val="003E1527"/>
    <w:rsid w:val="00414CAA"/>
    <w:rsid w:val="00490590"/>
    <w:rsid w:val="0053028C"/>
    <w:rsid w:val="00545B1C"/>
    <w:rsid w:val="00566568"/>
    <w:rsid w:val="00650A3A"/>
    <w:rsid w:val="006B141B"/>
    <w:rsid w:val="00783644"/>
    <w:rsid w:val="007A7FED"/>
    <w:rsid w:val="00886575"/>
    <w:rsid w:val="008C2DCE"/>
    <w:rsid w:val="009143A3"/>
    <w:rsid w:val="00982AD2"/>
    <w:rsid w:val="009B0FCF"/>
    <w:rsid w:val="00A12CE4"/>
    <w:rsid w:val="00A84323"/>
    <w:rsid w:val="00AA1D8D"/>
    <w:rsid w:val="00AD7B21"/>
    <w:rsid w:val="00B36C45"/>
    <w:rsid w:val="00B47730"/>
    <w:rsid w:val="00CB0664"/>
    <w:rsid w:val="00CE1E57"/>
    <w:rsid w:val="00D26EDD"/>
    <w:rsid w:val="00D977AF"/>
    <w:rsid w:val="00DD0B4B"/>
    <w:rsid w:val="00E26516"/>
    <w:rsid w:val="00E37CAC"/>
    <w:rsid w:val="00E8646C"/>
    <w:rsid w:val="00EC542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95DB95C"/>
  <w14:defaultImageDpi w14:val="300"/>
  <w15:docId w15:val="{D30D1E06-EB54-499B-8EE1-1C4F5CF6C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 w:cs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6059E48-7E90-40FA-9B04-124E77F5E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فهرست پزشکان متخصص بیمارستان رسول اکرم (ص) آبدانان</vt:lpstr>
    </vt:vector>
  </TitlesOfParts>
  <Manager/>
  <Company/>
  <LinksUpToDate>false</LinksUpToDate>
  <CharactersWithSpaces>552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فهرست پزشکان متخصص بیمارستان رسول اکرم (ص) آبدانان</dc:title>
  <dc:subject>بنر قابل ویرایش پزشکان، تخصص‌ها و شیفت فعالیت</dc:subject>
  <dc:creator>OpenAI</dc:creator>
  <cp:keywords/>
  <dc:description>generated by python-docx</dc:description>
  <cp:lastModifiedBy>medical</cp:lastModifiedBy>
  <cp:revision>12</cp:revision>
  <dcterms:created xsi:type="dcterms:W3CDTF">2026-10-11T18:10:00Z</dcterms:created>
  <dcterms:modified xsi:type="dcterms:W3CDTF">2026-10-12T17:54:00Z</dcterms:modified>
  <cp:category/>
</cp:coreProperties>
</file>