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59FD4" w14:textId="77777777" w:rsidR="00414CAA" w:rsidRDefault="00E26516">
      <w:pPr>
        <w:shd w:val="clear" w:color="auto" w:fill="0755A5"/>
        <w:bidi/>
        <w:spacing w:before="160" w:after="40"/>
        <w:jc w:val="center"/>
      </w:pPr>
      <w:r>
        <w:rPr>
          <w:b/>
          <w:color w:val="FFFFFF"/>
          <w:sz w:val="44"/>
        </w:rPr>
        <w:t>فهرست پزشکان متخصص</w:t>
      </w:r>
    </w:p>
    <w:p w14:paraId="5AD135A5" w14:textId="26CBDCA8" w:rsidR="00414CAA" w:rsidRPr="000B70A3" w:rsidRDefault="000B70A3">
      <w:pPr>
        <w:bidi/>
        <w:spacing w:after="160"/>
        <w:jc w:val="center"/>
        <w:rPr>
          <w:rFonts w:cs="B Nazanin"/>
          <w:sz w:val="40"/>
          <w:szCs w:val="40"/>
          <w:rtl/>
          <w:lang w:bidi="fa-IR"/>
        </w:rPr>
      </w:pPr>
      <w:r w:rsidRPr="000B70A3">
        <w:rPr>
          <w:rFonts w:cs="B Nazanin" w:hint="cs"/>
          <w:b/>
          <w:color w:val="E6A600"/>
          <w:sz w:val="40"/>
          <w:szCs w:val="40"/>
          <w:rtl/>
        </w:rPr>
        <w:t xml:space="preserve">بیمارستان </w:t>
      </w:r>
      <w:r w:rsidR="004744FF">
        <w:rPr>
          <w:rFonts w:cs="B Nazanin" w:hint="cs"/>
          <w:b/>
          <w:color w:val="E6A600"/>
          <w:sz w:val="40"/>
          <w:szCs w:val="40"/>
          <w:rtl/>
          <w:lang w:bidi="fa-IR"/>
        </w:rPr>
        <w:t>حضرت</w:t>
      </w:r>
      <w:r w:rsidR="00D977AF" w:rsidRPr="000B70A3">
        <w:rPr>
          <w:rFonts w:cs="B Nazanin" w:hint="cs"/>
          <w:b/>
          <w:color w:val="E6A600"/>
          <w:sz w:val="40"/>
          <w:szCs w:val="40"/>
          <w:rtl/>
          <w:lang w:bidi="fa-IR"/>
        </w:rPr>
        <w:t xml:space="preserve"> رسول اکرم ص آبدانان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6"/>
        <w:gridCol w:w="4700"/>
        <w:gridCol w:w="2488"/>
      </w:tblGrid>
      <w:tr w:rsidR="00414CAA" w14:paraId="6DD3F3C8" w14:textId="77777777" w:rsidTr="00CE1E57">
        <w:trPr>
          <w:trHeight w:val="387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2703EC89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نام و نام خانوادگی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5C960555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نوع تخصص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02576540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شیفت فعالیت</w:t>
            </w:r>
          </w:p>
        </w:tc>
      </w:tr>
      <w:tr w:rsidR="00414CAA" w14:paraId="470DC0A1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773C2DF3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علی نیک‌زاد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5ABBC294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روان‌پزشکی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9D8EA"/>
            <w:vAlign w:val="center"/>
          </w:tcPr>
          <w:p w14:paraId="702498FB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A5195F"/>
              </w:rPr>
              <w:t>عصر</w:t>
            </w:r>
          </w:p>
        </w:tc>
      </w:tr>
      <w:tr w:rsidR="00414CAA" w14:paraId="33EFB075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75A3CC9B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ایمان رمضانی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27ED5AA2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جراحی عمومی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57BACA4C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</w:tc>
      </w:tr>
      <w:tr w:rsidR="00414CAA" w14:paraId="409BB959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0D515318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دریا مرادی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03ED8A5A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آسیب‌شناسی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4AE14EE0" w14:textId="6AE03DA1" w:rsidR="00414CAA" w:rsidRPr="00A12CE4" w:rsidRDefault="00414CAA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3CA1D7DB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31225A3C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محسن عسگری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0DEC6D8B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ارتوپدی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42331462" w14:textId="37A926DA" w:rsidR="00414CAA" w:rsidRPr="00A12CE4" w:rsidRDefault="00414CAA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520A6F3E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27E2C7C0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علی معتمد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215C666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بیهوشی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586912FE" w14:textId="6F44502F" w:rsidR="00414CAA" w:rsidRPr="00A12CE4" w:rsidRDefault="00414CAA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3E1527" w14:paraId="4CCC9859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55100C5B" w14:textId="52EAB28A" w:rsidR="003E1527" w:rsidRPr="00A12CE4" w:rsidRDefault="00A12CE4">
            <w:pPr>
              <w:bidi/>
              <w:spacing w:before="40" w:after="40"/>
              <w:jc w:val="right"/>
              <w:rPr>
                <w:rFonts w:cs="B Nazanin"/>
                <w:b/>
                <w:color w:val="14345E"/>
              </w:rPr>
            </w:pPr>
            <w:r w:rsidRPr="00A12CE4">
              <w:rPr>
                <w:rFonts w:cs="B Nazanin" w:hint="cs"/>
                <w:b/>
                <w:color w:val="14345E"/>
                <w:rtl/>
              </w:rPr>
              <w:t>خانم دکتر المیرا عطاردی اصل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63B6D42D" w14:textId="3280CED9" w:rsidR="003E1527" w:rsidRPr="00A12CE4" w:rsidRDefault="00A12CE4">
            <w:pPr>
              <w:bidi/>
              <w:spacing w:before="40" w:after="40"/>
              <w:jc w:val="right"/>
              <w:rPr>
                <w:rFonts w:cs="B Nazanin"/>
                <w:color w:val="14345E"/>
              </w:rPr>
            </w:pPr>
            <w:r w:rsidRPr="00A12CE4">
              <w:rPr>
                <w:rFonts w:cs="B Nazanin" w:hint="cs"/>
                <w:color w:val="14345E"/>
                <w:rtl/>
              </w:rPr>
              <w:t>متخصص بیهوشی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77F6A95F" w14:textId="77777777" w:rsidR="003E1527" w:rsidRPr="00A12CE4" w:rsidRDefault="003E1527">
            <w:pPr>
              <w:bidi/>
              <w:spacing w:before="40" w:after="40"/>
              <w:jc w:val="center"/>
              <w:rPr>
                <w:rFonts w:cs="B Nazanin"/>
                <w:lang w:bidi="fa-IR"/>
              </w:rPr>
            </w:pPr>
          </w:p>
        </w:tc>
      </w:tr>
      <w:tr w:rsidR="00414CAA" w14:paraId="6ADE1663" w14:textId="77777777" w:rsidTr="00CE1E57">
        <w:trPr>
          <w:cantSplit/>
          <w:trHeight w:val="64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1ECFF"/>
            <w:vAlign w:val="center"/>
          </w:tcPr>
          <w:p w14:paraId="755A769C" w14:textId="72A3BF38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رضا ملکی</w:t>
            </w:r>
            <w:r w:rsidRPr="00A12CE4">
              <w:rPr>
                <w:rFonts w:cs="B Nazanin"/>
                <w:b/>
                <w:color w:val="14345E"/>
              </w:rPr>
              <w:br/>
              <w:t>خانم دکتر</w:t>
            </w:r>
            <w:r w:rsidR="008C2DCE" w:rsidRPr="00A12CE4">
              <w:rPr>
                <w:rFonts w:cs="B Nazanin"/>
                <w:b/>
                <w:color w:val="14345E"/>
              </w:rPr>
              <w:t xml:space="preserve"> </w:t>
            </w:r>
            <w:r w:rsidRPr="00A12CE4">
              <w:rPr>
                <w:rFonts w:cs="B Nazanin"/>
                <w:b/>
                <w:color w:val="14345E"/>
              </w:rPr>
              <w:t xml:space="preserve"> </w:t>
            </w:r>
            <w:r w:rsidR="00886575" w:rsidRPr="00A12CE4">
              <w:rPr>
                <w:rFonts w:cs="B Nazanin" w:hint="cs"/>
                <w:b/>
                <w:color w:val="14345E"/>
                <w:rtl/>
                <w:lang w:bidi="fa-IR"/>
              </w:rPr>
              <w:t>نگار</w:t>
            </w:r>
            <w:r w:rsidRPr="00A12CE4">
              <w:rPr>
                <w:rFonts w:cs="B Nazanin"/>
                <w:b/>
                <w:color w:val="14345E"/>
              </w:rPr>
              <w:t>حسن‌پور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1ECFF"/>
            <w:vAlign w:val="center"/>
          </w:tcPr>
          <w:p w14:paraId="2A853DC0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قلب و عروق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9D8EA"/>
            <w:vAlign w:val="center"/>
          </w:tcPr>
          <w:p w14:paraId="549ECAFC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  <w:rtl/>
                <w:lang w:bidi="fa-IR"/>
              </w:rPr>
            </w:pPr>
            <w:r w:rsidRPr="00A12CE4">
              <w:rPr>
                <w:rFonts w:cs="B Nazanin"/>
                <w:b/>
                <w:color w:val="A5195F"/>
              </w:rPr>
              <w:t>عصر</w:t>
            </w:r>
          </w:p>
        </w:tc>
      </w:tr>
      <w:tr w:rsidR="00414CAA" w14:paraId="785B53B1" w14:textId="77777777" w:rsidTr="00CE1E57">
        <w:trPr>
          <w:cantSplit/>
          <w:trHeight w:val="1258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7DF91C47" w14:textId="57FB57B8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  <w:rtl/>
                <w:lang w:bidi="fa-IR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زهره غفوری</w:t>
            </w:r>
            <w:r w:rsidRPr="00A12CE4">
              <w:rPr>
                <w:rFonts w:cs="B Nazanin"/>
                <w:b/>
                <w:color w:val="14345E"/>
              </w:rPr>
              <w:br/>
              <w:t>خانم دکتر وحیده رییسی</w:t>
            </w:r>
          </w:p>
          <w:p w14:paraId="650DC2EF" w14:textId="1930ED2E" w:rsidR="00490590" w:rsidRPr="00A12CE4" w:rsidRDefault="00490590" w:rsidP="00CE1E57">
            <w:pPr>
              <w:bidi/>
              <w:spacing w:before="40" w:after="40"/>
              <w:jc w:val="right"/>
              <w:rPr>
                <w:rFonts w:cs="B Nazanin"/>
                <w:rtl/>
                <w:lang w:bidi="fa-IR"/>
              </w:rPr>
            </w:pPr>
            <w:r w:rsidRPr="00A12CE4">
              <w:rPr>
                <w:rFonts w:cs="B Nazanin"/>
                <w:b/>
                <w:color w:val="14345E"/>
              </w:rPr>
              <w:t>خانم دکتر لیلا خضرلو</w:t>
            </w:r>
            <w:r w:rsidRPr="00A12CE4">
              <w:rPr>
                <w:rFonts w:cs="B Nazanin"/>
                <w:b/>
                <w:color w:val="14345E"/>
              </w:rPr>
              <w:br/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5BFC251D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داخلی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4533AE4B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  <w:rtl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  <w:p w14:paraId="73289EA7" w14:textId="274F89F8" w:rsidR="00566568" w:rsidRPr="00A12CE4" w:rsidRDefault="00566568" w:rsidP="00566568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 w:hint="cs"/>
                <w:rtl/>
              </w:rPr>
              <w:t>خانم دکتر خضرلو عصرها هم شیفت هستند</w:t>
            </w:r>
          </w:p>
        </w:tc>
      </w:tr>
      <w:tr w:rsidR="00414CAA" w14:paraId="5D9DF7DE" w14:textId="77777777" w:rsidTr="00CE1E57">
        <w:trPr>
          <w:cantSplit/>
          <w:trHeight w:val="629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62A6A436" w14:textId="7C760DC6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سایه قهرمانی</w:t>
            </w:r>
            <w:r w:rsidRPr="00A12CE4">
              <w:rPr>
                <w:rFonts w:cs="B Nazanin"/>
                <w:b/>
                <w:color w:val="14345E"/>
              </w:rPr>
              <w:br/>
              <w:t>خانم دکتر مانا خیرالله‌زاده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2DF68FA6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زنان و زایمان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6F19996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صبح*</w:t>
            </w:r>
          </w:p>
        </w:tc>
      </w:tr>
      <w:tr w:rsidR="00414CAA" w14:paraId="6A2435AD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103ADA77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مهسا درویش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3CDBC067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مغز و اعصاب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EDFF"/>
            <w:vAlign w:val="center"/>
          </w:tcPr>
          <w:p w14:paraId="5570F999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005091"/>
              </w:rPr>
              <w:t>دوشنبه‌ها صبح</w:t>
            </w:r>
          </w:p>
        </w:tc>
      </w:tr>
      <w:tr w:rsidR="00414CAA" w14:paraId="6B2D5FA8" w14:textId="77777777" w:rsidTr="00CE1E57">
        <w:trPr>
          <w:cantSplit/>
          <w:trHeight w:val="661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0A2C188D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طیبه مرادخانی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7AA4B40F" w14:textId="77777777" w:rsidR="00CE1E57" w:rsidRPr="00A12CE4" w:rsidRDefault="00E26516">
            <w:pPr>
              <w:bidi/>
              <w:spacing w:before="40" w:after="40"/>
              <w:jc w:val="right"/>
              <w:rPr>
                <w:rFonts w:cs="B Nazanin"/>
                <w:color w:val="14345E"/>
                <w:rtl/>
              </w:rPr>
            </w:pPr>
            <w:r w:rsidRPr="00A12CE4">
              <w:rPr>
                <w:rFonts w:cs="B Nazanin"/>
                <w:color w:val="14345E"/>
              </w:rPr>
              <w:t xml:space="preserve">متخصص رادیولوژی </w:t>
            </w:r>
          </w:p>
          <w:p w14:paraId="58B67F83" w14:textId="64D17D4F" w:rsidR="00414CAA" w:rsidRPr="00A12CE4" w:rsidRDefault="00E26516" w:rsidP="00CE1E57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سونوگرافی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C469775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</w:tc>
      </w:tr>
      <w:tr w:rsidR="00414CAA" w14:paraId="3845D4A3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6BBAF7C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لیلا لطفی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294800D7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کودکان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4A54F4F2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</w:tc>
      </w:tr>
      <w:tr w:rsidR="002279A6" w14:paraId="588C0807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6BE69D9" w14:textId="1427D56F" w:rsidR="002279A6" w:rsidRPr="00A12CE4" w:rsidRDefault="002279A6">
            <w:pPr>
              <w:bidi/>
              <w:spacing w:before="40" w:after="40"/>
              <w:jc w:val="right"/>
              <w:rPr>
                <w:rFonts w:cs="B Nazanin"/>
                <w:b/>
                <w:color w:val="14345E"/>
              </w:rPr>
            </w:pPr>
            <w:r>
              <w:rPr>
                <w:rFonts w:cs="B Nazanin" w:hint="cs"/>
                <w:b/>
                <w:color w:val="14345E"/>
                <w:rtl/>
              </w:rPr>
              <w:t>خانم دکتر فرانک صیدی</w:t>
            </w:r>
            <w:bookmarkStart w:id="0" w:name="_GoBack"/>
            <w:bookmarkEnd w:id="0"/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11EF7ECE" w14:textId="2D42986B" w:rsidR="002279A6" w:rsidRPr="00A12CE4" w:rsidRDefault="002279A6">
            <w:pPr>
              <w:bidi/>
              <w:spacing w:before="40" w:after="40"/>
              <w:jc w:val="right"/>
              <w:rPr>
                <w:rFonts w:cs="B Nazanin"/>
                <w:color w:val="14345E"/>
              </w:rPr>
            </w:pPr>
            <w:r>
              <w:rPr>
                <w:rFonts w:cs="B Nazanin" w:hint="cs"/>
                <w:color w:val="14345E"/>
                <w:rtl/>
              </w:rPr>
              <w:t>متخصص طب فیزیکی توانبخشی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2BE05790" w14:textId="7E1A1DE6" w:rsidR="002279A6" w:rsidRPr="00A12CE4" w:rsidRDefault="002279A6">
            <w:pPr>
              <w:bidi/>
              <w:spacing w:before="40" w:after="40"/>
              <w:jc w:val="center"/>
              <w:rPr>
                <w:rFonts w:cs="B Nazanin" w:hint="cs"/>
                <w:b/>
                <w:color w:val="146E2D"/>
                <w:lang w:bidi="fa-IR"/>
              </w:rPr>
            </w:pPr>
            <w:r>
              <w:rPr>
                <w:rFonts w:cs="B Nazanin" w:hint="cs"/>
                <w:b/>
                <w:color w:val="146E2D"/>
                <w:rtl/>
                <w:lang w:bidi="fa-IR"/>
              </w:rPr>
              <w:t>پنجشنبه ها عصر</w:t>
            </w:r>
          </w:p>
        </w:tc>
      </w:tr>
    </w:tbl>
    <w:p w14:paraId="4094FF4D" w14:textId="77777777" w:rsidR="002279A6" w:rsidRDefault="002279A6">
      <w:pPr>
        <w:shd w:val="clear" w:color="auto" w:fill="07858C"/>
        <w:bidi/>
        <w:spacing w:before="100" w:after="60"/>
        <w:jc w:val="center"/>
        <w:rPr>
          <w:color w:val="5F5F5F"/>
          <w:sz w:val="18"/>
        </w:rPr>
      </w:pPr>
    </w:p>
    <w:p w14:paraId="65F466DB" w14:textId="32FA1F71" w:rsidR="00414CAA" w:rsidRDefault="00E26516" w:rsidP="002279A6">
      <w:pPr>
        <w:shd w:val="clear" w:color="auto" w:fill="07858C"/>
        <w:bidi/>
        <w:spacing w:before="100" w:after="60"/>
        <w:jc w:val="center"/>
      </w:pPr>
      <w:r>
        <w:rPr>
          <w:b/>
          <w:color w:val="FFFFFF"/>
          <w:sz w:val="32"/>
        </w:rPr>
        <w:t>نوبت‌دهی تلفنی و حضوری</w:t>
      </w:r>
    </w:p>
    <w:p w14:paraId="6C1ABF77" w14:textId="77777777" w:rsidR="00414CAA" w:rsidRPr="00982AD2" w:rsidRDefault="00E26516">
      <w:pPr>
        <w:bidi/>
        <w:spacing w:after="80"/>
        <w:jc w:val="center"/>
        <w:rPr>
          <w:rFonts w:cs="B Nazanin"/>
        </w:rPr>
      </w:pPr>
      <w:r w:rsidRPr="00982AD2">
        <w:rPr>
          <w:rFonts w:cs="B Nazanin"/>
          <w:b/>
          <w:color w:val="BE2337"/>
          <w:sz w:val="30"/>
        </w:rPr>
        <w:t>سامانه نوبت‌دهی تلفنی: 0843890</w:t>
      </w:r>
    </w:p>
    <w:p w14:paraId="59302540" w14:textId="19FA22A8" w:rsidR="00414CAA" w:rsidRPr="00982AD2" w:rsidRDefault="00E26516" w:rsidP="00AD7B21">
      <w:pPr>
        <w:bidi/>
        <w:spacing w:after="60"/>
        <w:rPr>
          <w:rFonts w:cs="B Nazanin"/>
        </w:rPr>
      </w:pPr>
      <w:r w:rsidRPr="00982AD2">
        <w:rPr>
          <w:rFonts w:cs="B Nazanin"/>
          <w:b/>
          <w:color w:val="193764"/>
        </w:rPr>
        <w:t>ساعت فعالیت سامانه</w:t>
      </w:r>
      <w:r w:rsidR="00982AD2" w:rsidRPr="00982AD2">
        <w:rPr>
          <w:rFonts w:cs="B Nazanin"/>
          <w:b/>
          <w:color w:val="193764"/>
        </w:rPr>
        <w:t xml:space="preserve"> </w:t>
      </w:r>
      <w:r w:rsidRPr="00982AD2">
        <w:rPr>
          <w:rFonts w:cs="B Nazanin"/>
          <w:b/>
          <w:color w:val="193764"/>
        </w:rPr>
        <w:t>: همه‌روزه از ساعت ۱۳:۳۰، در شیفت عصر.</w:t>
      </w:r>
    </w:p>
    <w:p w14:paraId="2711ED2E" w14:textId="77777777" w:rsidR="00414CAA" w:rsidRPr="00982AD2" w:rsidRDefault="00E26516" w:rsidP="00AD7B21">
      <w:pPr>
        <w:bidi/>
        <w:spacing w:after="60"/>
        <w:rPr>
          <w:rFonts w:cs="B Nazanin"/>
        </w:rPr>
      </w:pPr>
      <w:r w:rsidRPr="00982AD2">
        <w:rPr>
          <w:rFonts w:cs="B Nazanin"/>
          <w:b/>
          <w:color w:val="0755A5"/>
          <w:sz w:val="24"/>
        </w:rPr>
        <w:t>توضیحات و راهنمای نوبت‌گیری</w:t>
      </w:r>
    </w:p>
    <w:p w14:paraId="75C4CAE2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</w:rPr>
      </w:pPr>
      <w:r w:rsidRPr="00982AD2">
        <w:rPr>
          <w:rFonts w:cs="B Nazanin"/>
          <w:color w:val="233750"/>
        </w:rPr>
        <w:t>• همشهریان عزیز، با شماره‌گیری تلفن ثابت 0843890 و سپس داخلی ۷ بیمارستان رسول اکرم (ص) آبدانان، وارد سامانه گویا شوید.</w:t>
      </w:r>
    </w:p>
    <w:p w14:paraId="19A843C1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</w:rPr>
      </w:pPr>
      <w:r w:rsidRPr="00982AD2">
        <w:rPr>
          <w:rFonts w:cs="B Nazanin"/>
          <w:color w:val="233750"/>
        </w:rPr>
        <w:t>• طبق راهنمای صوتی، تخصص مورد نظر را انتخاب و کد ملی و شماره تلفن همراه خود را ثبت نمایید.</w:t>
      </w:r>
    </w:p>
    <w:p w14:paraId="673BFC22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</w:rPr>
      </w:pPr>
      <w:r w:rsidRPr="00982AD2">
        <w:rPr>
          <w:rFonts w:cs="B Nazanin"/>
          <w:color w:val="233750"/>
        </w:rPr>
        <w:t>• پس از دریافت کد پیگیری از سامانه، آن را برای پیگیری نوبت نزد خود نگه دارید.</w:t>
      </w:r>
    </w:p>
    <w:p w14:paraId="034486F6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  <w:rtl/>
          <w:lang w:bidi="fa-IR"/>
        </w:rPr>
      </w:pPr>
      <w:r w:rsidRPr="00982AD2">
        <w:rPr>
          <w:rFonts w:cs="B Nazanin"/>
          <w:color w:val="233750"/>
        </w:rPr>
        <w:t>• برای نوبت‌گیری حضوری نیز می‌توانید به واحد پذیرش بیمارستان مراجعه نمایید.</w:t>
      </w:r>
    </w:p>
    <w:p w14:paraId="76FA4057" w14:textId="77777777" w:rsidR="00414CAA" w:rsidRPr="00982AD2" w:rsidRDefault="00E26516" w:rsidP="00AD7B21">
      <w:pPr>
        <w:bidi/>
        <w:spacing w:before="120"/>
        <w:rPr>
          <w:rFonts w:cs="B Nazanin"/>
        </w:rPr>
      </w:pPr>
      <w:r w:rsidRPr="00982AD2">
        <w:rPr>
          <w:rFonts w:cs="B Nazanin"/>
          <w:b/>
          <w:color w:val="0755A5"/>
          <w:sz w:val="24"/>
        </w:rPr>
        <w:t>سلامتی شما، اولویت ماست</w:t>
      </w:r>
    </w:p>
    <w:sectPr w:rsidR="00414CAA" w:rsidRPr="00982AD2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3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0A3"/>
    <w:rsid w:val="0015074B"/>
    <w:rsid w:val="002279A6"/>
    <w:rsid w:val="0029639D"/>
    <w:rsid w:val="00325AFD"/>
    <w:rsid w:val="00326F90"/>
    <w:rsid w:val="00394138"/>
    <w:rsid w:val="003C06DF"/>
    <w:rsid w:val="003E1527"/>
    <w:rsid w:val="00414CAA"/>
    <w:rsid w:val="004744FF"/>
    <w:rsid w:val="00490590"/>
    <w:rsid w:val="0053028C"/>
    <w:rsid w:val="00566568"/>
    <w:rsid w:val="00783644"/>
    <w:rsid w:val="00886575"/>
    <w:rsid w:val="008C2DCE"/>
    <w:rsid w:val="009143A3"/>
    <w:rsid w:val="00982AD2"/>
    <w:rsid w:val="00A12CE4"/>
    <w:rsid w:val="00AA1D8D"/>
    <w:rsid w:val="00AD7B21"/>
    <w:rsid w:val="00B47730"/>
    <w:rsid w:val="00CB0664"/>
    <w:rsid w:val="00CE1E57"/>
    <w:rsid w:val="00D977AF"/>
    <w:rsid w:val="00E265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95DB95C"/>
  <w14:defaultImageDpi w14:val="300"/>
  <w15:docId w15:val="{D30D1E06-EB54-499B-8EE1-1C4F5CF6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1F55FE-C5D5-4867-9AC9-BA0A3D57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فهرست پزشکان متخصص بیمارستان رسول اکرم (ص) آبدانان</vt:lpstr>
    </vt:vector>
  </TitlesOfParts>
  <Manager/>
  <Company/>
  <LinksUpToDate>false</LinksUpToDate>
  <CharactersWithSpaces>1311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فهرست پزشکان متخصص بیمارستان رسول اکرم (ص) آبدانان</dc:title>
  <dc:subject>بنر قابل ویرایش پزشکان، تخصص‌ها و شیفت فعالیت</dc:subject>
  <dc:creator>OpenAI</dc:creator>
  <cp:keywords/>
  <dc:description>generated by python-docx</dc:description>
  <cp:lastModifiedBy>medical</cp:lastModifiedBy>
  <cp:revision>3</cp:revision>
  <dcterms:created xsi:type="dcterms:W3CDTF">2026-10-16T17:26:00Z</dcterms:created>
  <dcterms:modified xsi:type="dcterms:W3CDTF">2026-10-16T17:27:00Z</dcterms:modified>
  <cp:category/>
</cp:coreProperties>
</file>